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מדירה לדירה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חוזר על העלילה, הדמויות, הסמלים והאמצעים בסיפור "מדירה לדירה", ומסתיים בפסקה בנוסח בגרות. מתאים לשיעור אחרי קריאת הסיפור או כשיעורי בית; התלמידים והתלמידות יכולים להיעזר בעמוד היצירה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מייעץ למספר לעזוב את דירתו?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הרופא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יושב התינוק בסיפור?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על אסקופת הבית הרועש בתל אביב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מחליט בעצמו, ביוזמתו, לעבור לתל אביב.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עובר בעקבות עצת הרופא. הוא פסיבי ואינו יוזם דבר בעצמו.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האמצעי הספרותי לבין הדוגמה מהסיפור.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3–ב,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מרגיש המספר כלפי התינוק בתחילת הסיפור, ומה בסופו?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בתחילה: גועל, התחמקות, אפילו מחשבה למה בונים אסקופה. בסוף: געגוע, חיבוק, הקשבה לקולו של התינוק.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משמעות הכותרת "מדירה לדירה" במישור הגלוי ובמישור הסמוי.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גלוי: מעבר בין מקומות מגורים (תל אביב, דירה חדשה, חזרה). סמוי: מסע נפשי בין הסתגרות בשקט שקרוב למוות לבין פתיחות לחיים הרועשים והפגומים.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"המספר עובר מהסתגרות אל קשר אנושי." הסבירו את הטענה בעזרת שתי דוגמאות מהסיפור (אפשר לצטט עד 8 מילים), הסבר לכל דוגמה ומשפט סיכום.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ברורה; דוגמאות: הפסיביות בפתיחה (עובר בעקבות הרופא), הגועל מן התינוק, האסקופה הריקה בדירה החדשה, החיבוק והמשפט החותם על ההקשבה. הסבר: התינוק הוא בבואה; השקט = מוות, הרעש = חיים. סיכום שחוזר לטענה. ניקוד לפי מחוון: טענה, ביסוס, הסבר, מושגים,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קרבה, חיים, קשר ומגע (לעומת שקט וריקנות). אמצעי: סמל – האסקופה; ניגוד – שתי הדירות; אנלוגיה – המספר והתינוק; אירוניה – דברי הסבל.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בשאלת הבגרות באתר (שאלה 2) נכתב שהתינוק יושב על סף "הדירה החדשה"; בדף זה, לפי עמוד היצירה, התינוק נמצא בבית הרועש בתל אביב והאסקופה בדירה החדשה ריקה – לוודא מול 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ציטוטים מעגנון – לכל היותר 8 מילים;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"מדירה לדירה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🏠 מדירה לדירה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מי מייעץ למספר לעזוב את דירתו?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הרופא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התינוק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הסבל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איפה יושב התינוק בסיפור?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בחדרו של המספר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על אסקופת הבית הרועש בתל אביב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בקבוצה שבה חיה בת בעלי הבית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המספר מחליט בעצמו, ביוזמתו, לעבור לתל אביב.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התאימו בין האמצעי הספרותי לבין הדוגמה מהסיפור.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סמל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דברי הסבל על השקט העמוק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אנלוגיה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הבית הרועש מול הדירה השקטה והנקייה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המספר החולה והתינוק החולה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אירוניה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האסקופה שעליה יושב התינוק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מה מרגיש המספר כלפי התינוק בתחילת הסיפור, ומה בסופו?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הסבירו את משמעות הכותרת "מדירה לדירה" במישור הגלוי ובמישור הסמוי.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פסקה בנוסח בגרות: "המספר עובר מהסתגרות אל קשר אנושי." הסבירו את הטענה בעזרת שתי דוגמאות מהסיפור (אפשר לצטט עד 8 מילים), הסבר לכל דוגמה ומשפט סיכום.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התינוק נותן למספר שהדירה השקטה אינה נותנת?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אמצעי ספרותי אחד מהסיפור ואת הדוגמה שלו.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מדירה לדירה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