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מדירה לדירה – דף תרגול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חוזר על העלילה, הדמויות, הסמלים והאמצעים בסיפור "מדירה לדירה", ומסתיים בפסקה בנוסח בגרות. מתאים לשיעור אחרי קריאת הסיפור או כשיעורי בית; התלמידים והתלמידות יכולים להיעזר בעמוד היצירה באתר.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אומר לאיש לעזוב את הדירה?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הרופא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איפה התינוק יושב?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על אסקופת הבית הרועש בתל אביב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האיש מחליט לבד לעבור דירה.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הוא עובר בעקבות עצת הרופא. הוא פסיבי ואינו יוזם דבר בעצמו.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כשהמספר מגיע לדירה החדשה ורואה את האסקופה הריקה, ליבו נופל – כי התינוק חסר 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הסבל מדבר על ה____ העמוק בדירה החדשה, והקוראים שומעים בדבריו רמז למוות.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שקט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מאיזה סוג המספר בסיפור?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מספר בגוף ראשון, שהוא הדמות הראשית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מייצגת האסקופה (הסף) בסיפור?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את הגבול בין הסתגרות בבית לבין החיים שבחוץ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חברו כל מושג לדוגמה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1–ב, 2–ה, 3–ג, 4–ד, 5–א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האיש מרגיש על התינוק בהתחלה? ומה בסוף?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בתחילה: גועל, התחמקות, אפילו מחשבה למה בונים אסקופה. בסוף: געגוע, חיבוק, הקשבה לקולו של התינוק.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פירוש השם "מדירה לדירה"? תנו פירוש פשוט ופירוש עמוק.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גלוי: מעבר בין מקומות מגורים (תל אביב, דירה חדשה, חזרה). סמוי: מסע נפשי בין הסתגרות בשקט שקרוב למוות לבין פתיחות לחיים הרועשים והפגומים.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פסקה: איך האיש משתנה בסיפור? תנו שתי דוגמאות והסבירו.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 ברורה; דוגמאות: הפסיביות בפתיחה (עובר בעקבות הרופא), הגועל מן התינוק, האסקופה הריקה בדירה החדשה, החיבוק והמשפט החותם על ההקשבה. הסבר: התינוק הוא בבואה; השקט = מוות, הרעש = חיים. סיכום שחוזר לטענה. ניקוד לפי מחוון: טענה, ביסוס, הסבר, מושגים, מבנה.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קרבה, חיים, קשר ומגע (לעומת שקט וריקנות). אמצעי: סמל – האסקופה; ניגוד – שתי הדירות; אנלוגיה – המספר והתינוק; אירוניה – דברי הסבל.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בשאלת הבגרות באתר (שאלה 2) נכתב שהתינוק יושב על סף "הדירה החדשה"; בדף זה, לפי עמוד היצירה, התינוק נמצא בבית הרועש בתל אביב והאסקופה בדירה החדשה ריקה – לוודא מול הסיפור.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ציטוטים מעגנון – לכל היותר 8 מילים; לוודא מול המקראה.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"מדירה לדירה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🏠 מדירה לדירה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שמספר את הסיפור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narrator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אסקופה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המדרגה או הסף בכניסה לבית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threshold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בבואה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שדומה לדמות אחרת, כמו השתקפות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mirror image, reflection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סמל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דבר שמייצג רעיון גדול יותר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symbol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 דברים הפוכים זה מול זה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contrast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אירוניה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כשנאמר או קורה ההפך ממה שמצפים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irony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אנלוגיה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דמיון בין שני דברים או שתי דמויות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analogy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פסיבי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שלא פועל ולא מחליט בעצמו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passive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בדידות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להרגיש לבד, בלי קשר לאחרים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loneliness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הבנה ומידע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תשובה אחת נכונה.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שקט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מי אומר לאיש לעזוב את הדירה?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הרופא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התינוק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הסבל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בעלי הדירה החדשה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איפה התינוק יושב?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בחדרו של המספר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על אסקופת הבית הרועש בתל אביב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בקבוצה שבה חיה בת בעלי הבית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על אסקופת הדירה החדשה והשקטה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האיש מחליט לבד לעבור דירה.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כשהמספר מגיע לדירה החדשה ורואה את האסקופה הריקה, ליבו נופל – כי התינוק חסר לו.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הסבל מדבר על ה_______________ העמוק בדירה החדשה, והקוראים שומעים בדבריו רמז למוות.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מאיזה סוג המספר בסיפור?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מספר יודע-כול בגוף שלישי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דובר בשיר לירי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מספר בגוף ראשון, שהוא הדמות הראשית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אין מספר – רק דיאלוג בין הדמויות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מה מייצגת האסקופה (הסף) בסיפור?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את עושרם של בעלי הבית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את הגבול בין הסתגרות בבית לבין החיים שבחוץ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את המחלה של התינוק בלבד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את הדרך אל הקבוצה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התאמה, סדר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חברו בקו, מספרו, מיינו.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חברו כל מושג לדוגמה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סמל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אביב של פרחים – וגם של קוצים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אנלוגיה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האסקופה שעליה יושב התינוק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הבית הרועש מול הדירה השקטה והנקייה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אירוניה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דברי הסבל על השקט העמוק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 אווירה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החולה והתינוק החולה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מה האיש מרגיש על התינוק בהתחלה? ומה בסוף?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ופרשנות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משפטים מלאים. השתמשו בדוגמה מהסיפור.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מה פירוש השם "מדירה לדירה"? תנו פירוש פשוט ופירוש עמוק.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כתבו פסקה: איך האיש משתנה בסיפור? תנו שתי דוגמאות והסבירו.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התינוק נותן למספר שהדירה השקטה אינה נותנת?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אמצעי ספרותי אחד מהסיפור ואת הדוגמה שלו.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השלימו: "היום הבנתי ש..."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מדירה לדירה – דף תרגול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