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מדירה לדירה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חוזר על העלילה, הדמויות, הסמלים והאמצעים בסיפור "מדירה לדירה", ומסתיים בפסקה בנוסח בגרות. מתאים לשיעור אחרי קריאת הסיפור או כשיעורי בית; התלמידים והתלמידות יכולים להיעזר בעמוד היצירה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מייעץ למספר לעזוב את דירתו?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הרופא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יושב התינוק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על אסקופת הבית הרועש בתל אביב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מחליט בעצמו, ביוזמתו, לעבור לתל אביב.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עובר בעקבות עצת הרופא. הוא פסיבי ואינו יוזם דבר בעצמו.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כשהמספר מגיע לדירה החדשה ורואה את האסקופה הריקה, ליבו נופל – כי התינוק חסר 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הסבל מדבר על ה____ העמוק בדירה החדשה, והקוראים שומעים בדבריו רמז למוות.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מאיזה סוג המספר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מספר בגוף ראשון, שהוא הדמות הראשית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מייצגת האסקופה (הסף) בסיפור?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את הגבול בין הסתגרות בבית לבין החיים שבחוץ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הספרותי לבין הדוגמה מהסיפור.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2–ג, 3–ב, 4–ד,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העלילה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ה → א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פרט אל הדירה שהוא מתאר.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 הישן והרועש: רעש מבחוץ، תינוק חולה על האסקופה، חדר מאובק، חיים לא מושלמים | הדירה החדשה והשקטה: שקט עמוק، ניקיון، פרחים מסביב، אסקופה ריקה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מרגיש המספר כלפי התינוק בתחילת הסיפור, ומה בסופו?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בתחילה: גועל, התחמקות, אפילו מחשבה למה בונים אסקופה. בסוף: געגוע, חיבוק, הקשבה לקולו של התינוק.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במשפט או שניים: מדוע אפשר לומר שהתינוק הוא "בבואה" של המספר?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שניהם חולים, חלשים וחסרי מנוחה, אבל התינוק מלא חיים ורצון לקשר; כשהמספר מחבק אותו הוא מקבל גם את עצמו.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"מדירה לדירה"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מעבר בין מקומות מגורים (תל אביב, דירה חדשה, חזרה). סמוי: מסע נפשי בין הסתגרות בשקט שקרוב למוות לבין פתיחות לחיים הרועשים והפגומים.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רואה בשינה את "תכלית האדם". מדוע, לפי הסיפור, זו עמדה מסוכנת עבורו?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השינה היא מנוחה אך גם בריחה והתנתקות, קרובה למוות; השקט הגמור שהוא מחפש מתגלה כריקנות, ורק החזרה לתינוק מחזירה אותו לחיים.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"המספר עובר מהסתגרות אל קשר אנושי." הסבירו את הטענה בעזרת שתי דוגמאות מהסיפור (אפשר לצטט עד 8 מילים), הסבר לכל דוגמה ומשפט סיכום.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דוגמאות: הפסיביות בפתיחה (עובר בעקבות הרופא), הגועל מן התינוק, האסקופה הריקה בדירה החדשה, החיבוק והמשפט החותם על ההקשבה. הסבר: התינוק הוא בבואה; השקט = מוות, הרעש = חיים. סיכום שחוזר לטענה. ניקוד לפי מחוון: טענה, ביסוס,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קרבה, חיים, קשר ומגע (לעומת שקט וריקנות). אמצעי: סמל – האסקופה; ניגוד – שתי הדירות; אנלוגיה – המספר והתינוק; אירוניה – דברי הסבל.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בשאלת הבגרות באתר (שאלה 2) נכתב שהתינוק יושב על סף "הדירה החדשה"; בדף זה, לפי עמוד היצירה, התינוק נמצא בבית הרועש בתל אביב והאסקופה בדירה החדשה ריקה – לוודא מול 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– לכל היותר 8 מילים;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"מדירה לדירה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מדירה לדירה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שאלה וסמנו את התשובה הנכונה, או השלימו את החסר.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מייעץ למספר לעזוב את דירתו?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הרופא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התינוק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בעלי הדירה החדשה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יושב התינוק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בחדרו של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 אסקופת הבית הרועש בתל אביב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בקבוצה שבה חיה בת בעלי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על אסקופת הדירה החדשה והשקטה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המספר מחליט בעצמו, ביוזמתו, לעבור לתל אביב.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כשהמספר מגיע לדירה החדשה ורואה את האסקופה הריקה, ליבו נופל – כי התינוק חסר לו.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הסבל מדבר על ה_______________ העמוק בדירה החדשה, והקוראים שומעים בדבריו רמז למוות.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מאיזה סוג המספר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יודע-כול בגוף שלישי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דובר בשיר לירי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בגוף ראשון, שהוא הדמות הראשית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מספר – רק דיאלוג בין הדמויות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מייצגת האסקופה (הסף)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 עושרם של בעלי 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הגבול בין הסתגרות בבית לבין החיים שבחוץ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את המחלה של התינוק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הדרך אל הקבוצה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האמצעי הספרותי לבין הדוגמה מהסיפור.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אביב של פרחים – וגם של קוצים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אנלוגיה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הבית הרועש מול הדירה השקטה והנקייה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החולה והתינוק החולה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דברי הסבל על השקט העמוק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אווירה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האסקופה שעליה יושב התינוק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מספרו את שלבי העלילה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בדירה החדשה הוא רואה אסקופה ריקה, וליבו נופל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יורד לתל אביב וגר בבית רועש, ועל האסקופה תינוק חולה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חוזר לבית הישן, מחבק את התינוק ומטה אוזן לקולו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חולה ובודד, והרופא מבקר אצלו שוב ושוב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שוכר דירה חדשה ושקטה ויוצא לטיול בקבוצה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פרט אל הדירה שהוא מתאר.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חדר מאובק   ·   חיים לא מושלמים   ·   אסקופה ריקה   ·   תינוק חולה על האסקופה   ·   פרחים מסביב   ·   רעש מבחוץ   ·   ניקיון   ·   שקט עמוק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הבית הישן והרועש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הדירה החדשה והשקטה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מרגיש המספר כלפי התינוק בתחילת הסיפור, ומה בסופו?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הסבירו במשפט או שניים: מדוע אפשר לומר שהתינוק הוא "בבואה" של המספר?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הסבירו את משמעות הכותרת "מדירה לדירה"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המספר רואה בשינה את "תכלית האדם". מדוע, לפי הסיפור, זו עמדה מסוכנת עבורו?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פסקה בנוסח בגרות: "המספר עובר מהסתגרות אל קשר אנושי." הסבירו את הטענה בעזרת שתי דוגמאות מהסיפור (אפשר לצטט עד 8 מילים), הסבר לכל דוגמה ומשפט 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התינוק נותן למספר שהדירה השקטה אינה נותנת?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מדירה לדירה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