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יגון – דף תרגול (רגיל)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התרגול עוסק במפגשים של יונה, בסמלים, באמצעים ובמבנה של "יגון", ומסתיים בפסקה בנוסח בגרות. אפשר להשתמש בו אחרי קריאת הסיפור או כחזרה לפני תרגול שאלה 1 בשאלון.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רגיל: הגרסה הרגילה: כל הפריטים. מומלץ 30–40 דקות, אפשר לחלק לשני שיעורים.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קרה לבנו של יונה?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הוא מת השבוע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יונה רוצה יותר מכול?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שמישהו יקשיב לו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למי יונה מספר הכול בסוף הסיפור?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לסוסה הקטנה שלו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איש הצבא שואל ממה מת הבן, ומקשיב בסבלנות לכל הסיפור.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הוא שואל בנימוס, אבל מיד דורש לנסוע מהר יותר ואחר כך עוצם את עיניו.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העגלון הצעיר באכסניה, אחד מבני מעמדו של יונה, נרדם ואינו מקשיב.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יונה לבן כולו מן השלג, "כמו רוח ____".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רפאים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אמצעי יש במשפט "כשם שהצעיר רצה לשתות, כך הוא רוצה לדבר"?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הקבלה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מספרו את המפגשים של יונה לפי הסדר (1–5).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ה → ג → ב → ד → 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האמצעי הספרותי לבין הדוגמה.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1–ד, 2–ג, 3–א, 4–ה, 5–ב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מיינו: האם הפרט מתאים לעיר ולאנשים בה, או לסוסה?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העיר והאנשים: ממהרים، צוחקים ומכים، עוצמים עיניים، מגרשים מהמקום | הסוסה: לועסת ונושפת על ידיו، באה גם היא מהכפר، שקטה וסבלנית، "מקשיבה" עד הסוף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תפקיד השלג בפתיחת הסיפור?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השלג מכסה את יונה ואת הסוסה והופך אותם לקפואים ושקופים; הוא מסמל את הקור הרגשי של העיר ואת הבדידות, ואולי גם את המוות.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הסבירו את משמעות הכותרת "יגון" במישור הגלוי ובמישור הסמוי.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גלוי: הצער של יונה על מות בנו. סמוי: גם מועקה ובדידות של אדם שאין מי שישמע אותו בתוך עיר הומה – ביקורת על החברה.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מדוע הסיום עם הסוסה הוא סיום מר, אף שיונה מצא סוף-סוף מאזין?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 המאזין היחיד אינו אדם; החיה מגלה יותר אנושיות מבני האדם, וזו ביקורת חריפה על החברה.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פסקה בנוסח בגרות: כיצד מעצבים המפגשים של יונה עם הדמויות את רעיון הבדידות? התייחסו לשני מפגשים לפחות (טענה, ביסוס, הסבר, סיכום).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טענה: הבדידות נבנית מפגש אחר מפגש. ביסוס: איש הצבא – שאלה מנומסת ואז "מהר יותר"; הצעירים – צוחקים ומכים; השוער – מגרש; העגלון הצעיר – נרדם. הסבר: הדגם החוזר מראה שזו אדישות של חברה שלמה, גם של בני מעמדו. סיכום: רק הסוסה "מקשיבה". מחוון: טענה, ביסוס, הסבר, מושגים (חזרה, אירוניה), מבנה.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הוא פונה לאיש הצבא, לצעירים, לשוער ולעגלון הצעיר – ורק הסוסה "מקשיבה". אמצעי: אירוניה, חזרה, ניגוד, דימוי, הקבלה.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הציטוטים בסיפור הם בתרגום שבאתר – לוודא מול התרגום שבמקראה.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שמות הבן והבת (קוזמה יוניץ׳, אניסיה) – לפי עמוד היצירה; לוודא בתרגום.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"יגון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❄️ יגון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📘 רגיל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הבנה ומידע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כל שאלה וסמנו את התשובה הנכונה, או השלימו את החסר.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קרה לבנו של יונה?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הוא נסע לכפר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הוא מת השבוע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הוא נהיה עגלון בעיר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הוא חולה ושוכב בבית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יונה רוצה יותר מכול?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כסף ונוסעים רבים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שמישהו יקשיב לו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אוכל חם לסוסה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לחזור מיד לכפר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למי יונה מספר הכול בסוף הסיפור?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לבתו אניסיה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לשוער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לעגלון הצעיר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לסוסה הקטנה שלו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איש הצבא שואל ממה מת הבן, ומקשיב בסבלנות לכל הסיפור.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העגלון הצעיר באכסניה, אחד מבני מעמדו של יונה, נרדם ואינו מקשיב.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יונה לבן כולו מן השלג, "כמו רוח _______________".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איזה אמצעי יש במשפט "כשם שהצעיר רצה לשתות, כך הוא רוצה לדבר"?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הקבלה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סיום פתוח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מטונימיה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הוראות במה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התאמה, סדר ומיון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בצעו את המשימות: מתחו קו, מספרו לפי הסדר, מיינו לטבלה וענו בקצרה.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מספרו את המפגשים של יונה לפי הסדר (1–5).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הסוסה באורווה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השוער ברחוב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שלושת הצעירים השיכורים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העגלון הצעיר באכסניה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איש הצבא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התאימו בין האמצעי הספרותי לבין הדוגמה.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אירוניה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עליזות הצעירים מול יגונו השקט של יונה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חזרה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מילה אחת: אבל, געגוע ובדידות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ניגוד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"הבן שלי מת השבוע" בכל מפגש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תיאור אווירה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שואל "ממה מת?" ומיד דורש לנסוע מהר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כותרת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שלג רטוב, פנסים חיוורים ורעש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מיינו: האם הפרט מתאים לעיר ולאנשים בה, או לסוסה?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צוחקים ומכים   ·   באה גם היא מהכפר   ·   לועסת ונושפת על ידיו   ·   מגרשים מהמקום   ·   ממהרים   ·   "מקשיבה" עד הסוף   ·   שקטה וסבלנית   ·   עוצמים עיניים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העיר והאנשים</w:t>
            </w:r>
          </w:p>
        </w:tc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הסוסה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מה תפקיד השלג בפתיחת הסיפור?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כתיבה ופרשנות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תשובות מלאות. בתשובה הארוכה הקפידו על טענה, ביסוס (דוגמה מהיצירה), הסבר וסיכום.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הסבירו את משמעות הכותרת "יגון" במישור הגלוי ובמישור הסמוי.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13. מדוע הסיום עם הסוסה הוא סיום מר, אף שיונה מצא סוף-סוף מאזין?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14. כתבו פסקה בנוסח בגרות: כיצד מעצבים המפגשים של יונה עם הדמויות את רעיון הבדידות? התייחסו לשני מפגשים לפחות (טענה, ביסוס, הסבר, סיכום).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למי פונה יונה, ומי מכולם מקשיב לו?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כתבו אמצעי ספרותי אחד מהסיפור ואת הדוגמה שלו.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השלימו: "היום הבנתי ש..."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יגון – דף תרגול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