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התיק השחור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חוזר על העלילה, הדמויות, הסמלים והאמצעים בסיפור "התיק השחור" ומסתיים בפסקה בנוסח בגרות. כל הציטוטים קצרים (עד 8 מילים); התלמידים והתלמידות עובדים מתוך הסיפור שבמקראה ומעמוד היצירה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מזמין האב לילד במסעדה?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חומוס, למרות שהילד אמר שאינו אוהב חומוס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עושה האב רוב הזמן במסעדה?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קורא עיתונים ומדבר בטלפון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 מבקש מן הילד לשמור על התיק השחור כשהוא יוצא לדבר בטלפון.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הסמל לבין מה שהוא מייצג.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2–ד, 3–ב,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התכונות לפי הדמות.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האב: אטום רגשית، מרוחק، מחליט במקום הילד، עסוק בעצמו | המורה השכנה: קשובה، חמה، רואה את הילד، נותנת מגע 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משמעות הכותרת "התיק השחור" במישור הגלוי ובמישור הסמוי.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גלוי: תיק העבודה הכבד של האב שהילד שומר עליו. סמוי: הסוד והמטען הרגשי בין האב לבן, "גדוש עד להתפקע" כמו רגשות הילד; האב בוחר בתיק ולא בבן.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מה תפקידה של המורה השכנה בסיפור? התייחסו לניגוד בינה לבין האב ולסיום (ציטוט של עד 8 מילים, טענה, ביסוס, הסבר וסיכום).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המורה היא דמות ניגוד לאב – דווקא הזרה למחצה רואה את הילד. ביסוס: ההנהון במסעדה; בסוף שואלת לשלומו ומניחה יד על עורפו, והוא חש נועם שלא הכיר. הסבר: המגע מראה מה היה חסר לו כל הערב. סיכום: הסיום פתוח – הילד מתאפק ורץ הביתה. מחוון: טענה, ביסוס, הסבר, מושגים (ניגוד, סיום פתוח),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האב נוכח בגופו ונעדר ברגשו; המורה חמה וקשובה ונותנת מגע. סמל: התיק השחור – הסוד והמטען; החומוס – חוסר הקשבה; היד על העורף – חמלה.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לפי עמוד היצירה: בסיפור לא נאמר במפורש שההורים פרודים – הדף אינו קובע זאת.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פרטי ארז (שליח, הוכה ליד המספרה) – לוודא מול 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ציטוטים מקנז – לכל היותר 8 מילים; לוודא ניסוח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"התיק השחור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💼 התיק השחור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 מזמין האב לילד במסעדה?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קולה בלבד, כמו שהילד ביקש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חומוס, למרות שהילד אמר שאינו אוהב חומוס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פיצה, כי הילד רעב מאוד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מה עושה האב רוב הזמן במסעדה?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משחק עם הילד ומשוחח איתו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קורא עיתונים ומדבר בטלפון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מדבר עם המורה השכנה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האב מבקש מן הילד לשמור על התיק השחור כשהוא יוצא לדבר בטלפון.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התאימו בין הסמל לבין מה שהוא מייצג.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התיק השחור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הסוד והמטען הרגשי בין האב לבן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החומוס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מחיצות בין האב לבנו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העיתון והטלפון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התפרצות של כל מה שהילד שתק ובלע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ההקאה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חוסר הקשבה והחלטות מעל ראשו של הילד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מיינו את התכונות לפי הדמות.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מרוחק   ·   מחליט במקום הילד   ·   עסוק בעצמו   ·   קשובה   ·   אטום רגשית   ·   חמה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האב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המורה השכנה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הסבירו את משמעות הכותרת "התיק השחור" במישור הגלוי ובמישור הסמוי.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פסקה בנוסח בגרות: מה תפקידה של המורה השכנה בסיפור? התייחסו לניגוד בינה לבין האב ולסיום (ציטוט של עד 8 מילים, טענה, ביסוס, הסבר וסיכום).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ההבדל העיקרי בין האב לבין המורה השכנה?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סמל אחד מהסיפור ואת משמעותו.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התיק השחור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