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התיק השחור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חוזר על העלילה, הדמויות, הסמלים והאמצעים בסיפור "התיק השחור" ומסתיים בפסקה בנוסח בגרות. כל הציטוטים קצרים (עד 8 מילים); התלמידים והתלמידות עובדים מתוך הסיפור שבמקראה ומעמוד היצירה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אבא מזמין לילד?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חומוס, למרות שהילד אמר שאינו אוהב חומוס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אבא עושה במסעדה?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קורא עיתונים ומדבר בטלפון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אבא מבקש מהילד לשמור על התיק.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בטלפון האב מדבר בקול רם וכועס.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האב לוחש ברוך שאינו יכול לדבר עכשיו – רוך שאינו מופנה אל בנו.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מדמיין שמישהו ____ את התיק השחור והוא נעלם.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חוטף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ניגשת אל הילד בסוף הסיפור ומניחה יד על עורפו?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המורה השכנה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מאיזו נקודת תצפית מסופר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גוף שלישי, אבל צמוד לעיני הילד ולמחשבותיו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דבר למה שהוא מסמל.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2–ב, 3–א, 4–ג,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מה מתאים לאבא? מה מתאים למורה?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האב: אטום רגשית، מרוחק، מחליט במקום הילד، עסוק בעצמו | המורה השכנה: קשובה، חמה، רואה את הילד، נותנת מגע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זה התיק השחור? ומה הוא מסמל?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תיק העבודה הכבד של האב שהילד שומר עליו. סמוי: הסוד והמטען הרגשי בין האב לבן, "גדוש עד להתפקע" כמו רגשות הילד; האב בוחר בתיק ולא בבן.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מה המורה השכנה עושה בסוף? במה היא שונה מהאבא?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המורה היא דמות ניגוד לאב – דווקא הזרה למחצה רואה את הילד. ביסוס: ההנהון במסעדה; בסוף שואלת לשלומו ומניחה יד על עורפו, והוא חש נועם שלא הכיר. הסבר: המגע מראה מה היה חסר לו כל הערב. סיכום: הסיום פתוח – הילד מתאפק ורץ הביתה. מחוון: טענה, ביסוס, הסבר, מושגים (ניגוד, סיום פתוח),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האב נוכח בגופו ונעדר ברגשו; המורה חמה וקשובה ונותנת מגע. סמל: התיק השחור – הסוד והמטען; החומוס – חוסר הקשבה; היד על העורף – חמלה.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לפי עמוד היצירה: בסיפור לא נאמר במפורש שההורים פרודים – הדף אינו קובע זאת.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פרטי ארז (שליח, הוכה ליד המספרה) –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מקנז – לכל היותר 8 מילים; לוודא ניסוח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"התיק השחור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💼 התיק השחור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ניכור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ריחוק וקור בין אנשים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alienation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כשנאמר או קורה ההפך ממה שמצפים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מצבים או דמויות שדומים זה לזה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parallel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מונולוג פנימי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המחשבות של הדמות בתוך הראש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inner monologue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שבו לא יודעים מה יקרה אחר כך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 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להדחיק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לתת לרגש לצאת החוצה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repress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עורף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האחורי של הצוואר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nape of the neck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חוטף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אבא מזמין לילד?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קולה בלבד, כמו שהילד ביקש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חומוס, למרות שהילד אמר שאינו אוהב חומוס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פיצה, כי הילד רעב מאוד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שום דבר – האב מזמין רק לעצמו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אבא עושה במסעדה?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משחק עם הילד ומשוחח איתו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קורא עיתונים ומדבר בטלפון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מדבר עם המורה השכנה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צופה בטלוויזיה יחד עם הילד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אבא מבקש מהילד לשמור על התיק.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בטלפון האב מדבר בקול רם וכועס.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הילד מדמיין שמישהו _______________ את התיק השחור והוא נעלם.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מי ניגשת אל הילד בסוף הסיפור ומניחה יד על עורפו?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אמו של הילד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המלצרית במסעדה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המורה השכנה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אישה זרה מן הרחוב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מאיזו נקודת תצפית מסופר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גוף ראשון – הילד מספר על עצמו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גוף שלישי, אבל צמוד לעיני הילד ולמחשבותיו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גוף שלישי, צמוד למחשבות האב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דרך מכתבים של המורה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דבר למה שהוא מסמל.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מחיצות בין האב לבנו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החומוס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חוסר הקשבה והחלטות מעל ראשו של הילד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העיתון והטלפון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התפרצות של כל מה שהילד שתק ובלע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ההקאה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קטן של חמלה וקרבה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היד על העורף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הסוד והמטען הרגשי בין האב לבן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מה מתאים לאבא? מה מתאים למורה?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אטום רגשית   ·   נותנת מגע רך   ·   קשובה   ·   מרוחק   ·   חמה   ·   מחליט במקום הילד   ·   רואה את הילד   ·   עסוק בעצמו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האב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המורה השכנה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זה התיק השחור? ומה הוא מסמל?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פסקה: מה המורה השכנה עושה בסוף? במה היא שונה מהאבא?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העיקרי בין האב לבין המורה השכנה?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סמל אחד מהסיפור ואת משמעותו.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התיק השחור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